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EEB4" w14:textId="77777777" w:rsidR="00EB1342" w:rsidRPr="00C875AE" w:rsidRDefault="00000000">
      <w:pPr>
        <w:spacing w:after="40"/>
        <w:jc w:val="center"/>
        <w:rPr>
          <w:lang w:val="ru-RU"/>
        </w:rPr>
      </w:pPr>
      <w:r w:rsidRPr="00C875AE">
        <w:rPr>
          <w:b/>
          <w:sz w:val="28"/>
          <w:lang w:val="ru-RU"/>
        </w:rPr>
        <w:t>ОБРАЗЕЦ ПРИКАЗА</w:t>
      </w:r>
    </w:p>
    <w:p w14:paraId="123F6016" w14:textId="77777777" w:rsidR="00EB1342" w:rsidRPr="00C875AE" w:rsidRDefault="00000000">
      <w:pPr>
        <w:jc w:val="center"/>
        <w:rPr>
          <w:lang w:val="ru-RU"/>
        </w:rPr>
      </w:pPr>
      <w:r w:rsidRPr="00C875AE">
        <w:rPr>
          <w:b/>
          <w:sz w:val="24"/>
          <w:lang w:val="ru-RU"/>
        </w:rPr>
        <w:t>о назначении лица, ответственного за обеспечение пожарной безопасности</w:t>
      </w: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EB1342" w14:paraId="302C4F99" w14:textId="77777777">
        <w:trPr>
          <w:jc w:val="center"/>
        </w:trPr>
        <w:tc>
          <w:tcPr>
            <w:tcW w:w="4968" w:type="dxa"/>
            <w:vAlign w:val="center"/>
          </w:tcPr>
          <w:p w14:paraId="2455E6AA" w14:textId="77777777" w:rsidR="00EB1342" w:rsidRDefault="00000000">
            <w:r>
              <w:rPr>
                <w:b/>
                <w:sz w:val="20"/>
              </w:rPr>
              <w:t>ОРГАНИЗАЦИЯ</w:t>
            </w:r>
          </w:p>
        </w:tc>
        <w:tc>
          <w:tcPr>
            <w:tcW w:w="4968" w:type="dxa"/>
            <w:vAlign w:val="center"/>
          </w:tcPr>
          <w:p w14:paraId="0E7EC3DB" w14:textId="77777777" w:rsidR="00EB1342" w:rsidRDefault="00000000">
            <w:r>
              <w:rPr>
                <w:sz w:val="20"/>
              </w:rPr>
              <w:t>[НАИМЕНОВАНИЕ ОРГАНИЗАЦИИ]</w:t>
            </w:r>
          </w:p>
        </w:tc>
      </w:tr>
      <w:tr w:rsidR="00EB1342" w14:paraId="12E10E1F" w14:textId="77777777">
        <w:trPr>
          <w:jc w:val="center"/>
        </w:trPr>
        <w:tc>
          <w:tcPr>
            <w:tcW w:w="4968" w:type="dxa"/>
            <w:vAlign w:val="center"/>
          </w:tcPr>
          <w:p w14:paraId="2EF66C69" w14:textId="77777777" w:rsidR="00EB1342" w:rsidRDefault="00000000">
            <w:r>
              <w:rPr>
                <w:b/>
                <w:sz w:val="21"/>
              </w:rPr>
              <w:t>IDNO</w:t>
            </w:r>
          </w:p>
        </w:tc>
        <w:tc>
          <w:tcPr>
            <w:tcW w:w="4968" w:type="dxa"/>
            <w:vAlign w:val="center"/>
          </w:tcPr>
          <w:p w14:paraId="3EA9CB17" w14:textId="77777777" w:rsidR="00EB1342" w:rsidRDefault="00000000">
            <w:r>
              <w:rPr>
                <w:sz w:val="21"/>
              </w:rPr>
              <w:t>____________</w:t>
            </w:r>
          </w:p>
        </w:tc>
      </w:tr>
      <w:tr w:rsidR="00EB1342" w14:paraId="1827BB7D" w14:textId="77777777">
        <w:trPr>
          <w:jc w:val="center"/>
        </w:trPr>
        <w:tc>
          <w:tcPr>
            <w:tcW w:w="4968" w:type="dxa"/>
            <w:vAlign w:val="center"/>
          </w:tcPr>
          <w:p w14:paraId="5EE769CA" w14:textId="77777777" w:rsidR="00EB1342" w:rsidRDefault="00000000">
            <w:r>
              <w:rPr>
                <w:b/>
                <w:sz w:val="20"/>
              </w:rPr>
              <w:t>АДРЕС</w:t>
            </w:r>
          </w:p>
        </w:tc>
        <w:tc>
          <w:tcPr>
            <w:tcW w:w="4968" w:type="dxa"/>
            <w:vAlign w:val="center"/>
          </w:tcPr>
          <w:p w14:paraId="6ED262DD" w14:textId="77777777" w:rsidR="00EB1342" w:rsidRDefault="00000000">
            <w:r>
              <w:rPr>
                <w:sz w:val="21"/>
              </w:rPr>
              <w:t>____________________________</w:t>
            </w:r>
          </w:p>
        </w:tc>
      </w:tr>
    </w:tbl>
    <w:p w14:paraId="47505FFC" w14:textId="77777777" w:rsidR="00EB1342" w:rsidRDefault="00EB1342">
      <w:pPr>
        <w:spacing w:after="40"/>
      </w:pPr>
    </w:p>
    <w:p w14:paraId="717F1B83" w14:textId="77777777" w:rsidR="00EB1342" w:rsidRDefault="00000000">
      <w:pPr>
        <w:spacing w:after="40"/>
        <w:jc w:val="center"/>
      </w:pPr>
      <w:r>
        <w:rPr>
          <w:b/>
          <w:sz w:val="28"/>
        </w:rPr>
        <w:t>ПРИКАЗ</w:t>
      </w:r>
    </w:p>
    <w:p w14:paraId="344F700B" w14:textId="77777777" w:rsidR="00EB1342" w:rsidRDefault="00000000">
      <w:pPr>
        <w:spacing w:after="80"/>
        <w:jc w:val="center"/>
      </w:pPr>
      <w:r>
        <w:t>№ ____ от «___» __________ 20__ г.</w:t>
      </w:r>
    </w:p>
    <w:p w14:paraId="668A2EC9" w14:textId="77777777" w:rsidR="00EB1342" w:rsidRPr="00C875AE" w:rsidRDefault="00000000">
      <w:pPr>
        <w:spacing w:after="160"/>
        <w:jc w:val="center"/>
        <w:rPr>
          <w:lang w:val="ru-RU"/>
        </w:rPr>
      </w:pPr>
      <w:r w:rsidRPr="00C875AE">
        <w:rPr>
          <w:b/>
          <w:lang w:val="ru-RU"/>
        </w:rPr>
        <w:t>О назначении лица, ответственного за обеспечение пожарной безопасности</w:t>
      </w:r>
    </w:p>
    <w:p w14:paraId="5E31B839" w14:textId="77777777" w:rsidR="00EB1342" w:rsidRPr="00C875AE" w:rsidRDefault="00000000">
      <w:pPr>
        <w:spacing w:after="60"/>
        <w:rPr>
          <w:lang w:val="ru-RU"/>
        </w:rPr>
      </w:pPr>
      <w:r w:rsidRPr="00C875AE">
        <w:rPr>
          <w:b/>
          <w:lang w:val="ru-RU"/>
        </w:rPr>
        <w:t>На основании:</w:t>
      </w:r>
    </w:p>
    <w:p w14:paraId="34754F6E" w14:textId="77777777" w:rsidR="00EB1342" w:rsidRPr="00C875AE" w:rsidRDefault="00000000">
      <w:pPr>
        <w:spacing w:after="40"/>
        <w:rPr>
          <w:lang w:val="ru-RU"/>
        </w:rPr>
      </w:pPr>
      <w:r w:rsidRPr="00C875AE">
        <w:rPr>
          <w:sz w:val="21"/>
          <w:lang w:val="ru-RU"/>
        </w:rPr>
        <w:t>ст. 7 и ст. 11 Закона № 267/1994 о пожарной безопасности;</w:t>
      </w:r>
    </w:p>
    <w:p w14:paraId="1374F7F2" w14:textId="77777777" w:rsidR="00EB1342" w:rsidRPr="00C875AE" w:rsidRDefault="00000000">
      <w:pPr>
        <w:spacing w:after="40"/>
        <w:rPr>
          <w:lang w:val="ru-RU"/>
        </w:rPr>
      </w:pPr>
      <w:r w:rsidRPr="00C875AE">
        <w:rPr>
          <w:sz w:val="21"/>
          <w:lang w:val="ru-RU"/>
        </w:rPr>
        <w:t>пп. 4–6 Общих правил пожарной безопасности в Республике Молдова, утвержденных Постановлением Правительства № 847/2022;</w:t>
      </w:r>
    </w:p>
    <w:p w14:paraId="0958AF3F" w14:textId="77777777" w:rsidR="00EB1342" w:rsidRPr="00C875AE" w:rsidRDefault="00000000">
      <w:pPr>
        <w:spacing w:after="40"/>
        <w:rPr>
          <w:lang w:val="ru-RU"/>
        </w:rPr>
      </w:pPr>
      <w:r w:rsidRPr="00C875AE">
        <w:rPr>
          <w:sz w:val="21"/>
          <w:lang w:val="ru-RU"/>
        </w:rPr>
        <w:t>Сертификата об окончании курса обучения в области пожарной безопасности № ______ от «___» __________ 20__ г., выданного __________________________,</w:t>
      </w:r>
    </w:p>
    <w:p w14:paraId="2A47BD6F" w14:textId="77777777" w:rsidR="00EB1342" w:rsidRPr="00C875AE" w:rsidRDefault="00000000">
      <w:pPr>
        <w:spacing w:after="120"/>
        <w:rPr>
          <w:lang w:val="ru-RU"/>
        </w:rPr>
      </w:pPr>
      <w:r w:rsidRPr="00C875AE">
        <w:rPr>
          <w:sz w:val="21"/>
          <w:lang w:val="ru-RU"/>
        </w:rPr>
        <w:t>в целях обеспечения пожарной безопасности, предупреждения риска возникновения пожаров и обеспечения безопасности людей в случае пожара в организации,</w:t>
      </w:r>
    </w:p>
    <w:p w14:paraId="1D3B11FC" w14:textId="77777777" w:rsidR="00EB1342" w:rsidRPr="00C875AE" w:rsidRDefault="00000000">
      <w:pPr>
        <w:spacing w:after="140"/>
        <w:jc w:val="center"/>
        <w:rPr>
          <w:lang w:val="ru-RU"/>
        </w:rPr>
      </w:pPr>
      <w:r w:rsidRPr="00C875AE">
        <w:rPr>
          <w:b/>
          <w:sz w:val="24"/>
          <w:lang w:val="ru-RU"/>
        </w:rPr>
        <w:t>ПРИКАЗЫВАЮ:</w:t>
      </w:r>
    </w:p>
    <w:p w14:paraId="7E2DAF09" w14:textId="77777777" w:rsidR="00EB1342" w:rsidRPr="00C875AE" w:rsidRDefault="00000000">
      <w:pPr>
        <w:spacing w:after="80"/>
        <w:rPr>
          <w:lang w:val="ru-RU"/>
        </w:rPr>
      </w:pPr>
      <w:r w:rsidRPr="00C875AE">
        <w:rPr>
          <w:sz w:val="21"/>
          <w:lang w:val="ru-RU"/>
        </w:rPr>
        <w:t>1. С «___» __________ 20__ г. назначить ____________________________, должность ____________________________, лицом, ответственным за обеспечение пожарной безопасности в ____________________________.</w:t>
      </w:r>
    </w:p>
    <w:p w14:paraId="39A0D8D7" w14:textId="77777777" w:rsidR="00EB1342" w:rsidRPr="00C875AE" w:rsidRDefault="00000000">
      <w:pPr>
        <w:spacing w:after="80"/>
        <w:rPr>
          <w:lang w:val="ru-RU"/>
        </w:rPr>
      </w:pPr>
      <w:r w:rsidRPr="00C875AE">
        <w:rPr>
          <w:sz w:val="21"/>
          <w:lang w:val="ru-RU"/>
        </w:rPr>
        <w:t>2. Назначенному ответственному лицу обеспечить выполнение мер пожарной безопасности в пределах обязанностей, установленных настоящим приказом, и в соответствии с действующим законодательством.</w:t>
      </w:r>
    </w:p>
    <w:p w14:paraId="6AAB9196" w14:textId="77777777" w:rsidR="00EB1342" w:rsidRPr="00C875AE" w:rsidRDefault="00000000">
      <w:pPr>
        <w:spacing w:after="80"/>
        <w:rPr>
          <w:lang w:val="ru-RU"/>
        </w:rPr>
      </w:pPr>
      <w:r w:rsidRPr="00C875AE">
        <w:rPr>
          <w:sz w:val="21"/>
          <w:lang w:val="ru-RU"/>
        </w:rPr>
        <w:t>3. При выполнении своих обязанностей ответственное лицо обязано:</w:t>
      </w:r>
    </w:p>
    <w:p w14:paraId="52FD0D65" w14:textId="77777777" w:rsidR="00EB1342" w:rsidRPr="00C875AE" w:rsidRDefault="00000000">
      <w:pPr>
        <w:spacing w:after="40"/>
        <w:ind w:left="280"/>
        <w:rPr>
          <w:lang w:val="ru-RU"/>
        </w:rPr>
      </w:pPr>
      <w:r w:rsidRPr="00C875AE">
        <w:rPr>
          <w:sz w:val="20"/>
          <w:lang w:val="ru-RU"/>
        </w:rPr>
        <w:t>• обеспечивать соблюдение требований, норм и правил пожарной безопасности в организации;</w:t>
      </w:r>
    </w:p>
    <w:p w14:paraId="50F7B6BB" w14:textId="77777777" w:rsidR="00EB1342" w:rsidRPr="00C875AE" w:rsidRDefault="00000000">
      <w:pPr>
        <w:spacing w:after="40"/>
        <w:ind w:left="280"/>
        <w:rPr>
          <w:lang w:val="ru-RU"/>
        </w:rPr>
      </w:pPr>
      <w:r w:rsidRPr="00C875AE">
        <w:rPr>
          <w:sz w:val="20"/>
          <w:lang w:val="ru-RU"/>
        </w:rPr>
        <w:t>• проводить обучение работников в области предупреждения и тушения пожаров с последующим допуском к выполнению должностных обязанностей;</w:t>
      </w:r>
    </w:p>
    <w:p w14:paraId="4A29F202" w14:textId="77777777" w:rsidR="00EB1342" w:rsidRPr="00C875AE" w:rsidRDefault="00000000">
      <w:pPr>
        <w:spacing w:after="40"/>
        <w:ind w:left="280"/>
        <w:rPr>
          <w:lang w:val="ru-RU"/>
        </w:rPr>
      </w:pPr>
      <w:r w:rsidRPr="00C875AE">
        <w:rPr>
          <w:sz w:val="20"/>
          <w:lang w:val="ru-RU"/>
        </w:rPr>
        <w:t>• принимать необходимые меры для усвоения работниками правил пожарной безопасности и не допускать к рабочему месту лиц, не прошедших минимальный противопожарный инструктаж;</w:t>
      </w:r>
    </w:p>
    <w:p w14:paraId="46361AE8" w14:textId="77777777" w:rsidR="00EB1342" w:rsidRPr="00C875AE" w:rsidRDefault="00000000">
      <w:pPr>
        <w:spacing w:after="40"/>
        <w:ind w:left="280"/>
        <w:rPr>
          <w:lang w:val="ru-RU"/>
        </w:rPr>
      </w:pPr>
      <w:r w:rsidRPr="00C875AE">
        <w:rPr>
          <w:sz w:val="20"/>
          <w:lang w:val="ru-RU"/>
        </w:rPr>
        <w:t>• участвовать в разработке и актуализации инструкций о мерах пожарной безопасности для участков работ с взрывопожарной и пожарной опасностью, при необходимости;</w:t>
      </w:r>
    </w:p>
    <w:p w14:paraId="24B30A81" w14:textId="77777777" w:rsidR="00EB1342" w:rsidRPr="00C875AE" w:rsidRDefault="00000000">
      <w:pPr>
        <w:spacing w:after="40"/>
        <w:ind w:left="280"/>
        <w:rPr>
          <w:lang w:val="ru-RU"/>
        </w:rPr>
      </w:pPr>
      <w:r w:rsidRPr="00C875AE">
        <w:rPr>
          <w:sz w:val="20"/>
          <w:lang w:val="ru-RU"/>
        </w:rPr>
        <w:t>• контролировать соблюдение установленного в организации противопожарного режима;</w:t>
      </w:r>
    </w:p>
    <w:p w14:paraId="03A6B0A3" w14:textId="77777777" w:rsidR="00EB1342" w:rsidRPr="00C875AE" w:rsidRDefault="00000000">
      <w:pPr>
        <w:spacing w:after="40"/>
        <w:ind w:left="280"/>
        <w:rPr>
          <w:lang w:val="ru-RU"/>
        </w:rPr>
      </w:pPr>
      <w:r w:rsidRPr="00C875AE">
        <w:rPr>
          <w:sz w:val="20"/>
          <w:lang w:val="ru-RU"/>
        </w:rPr>
        <w:t>• контролировать содержание путей и эвакуационных выходов свободными, а также обеспечение доступа к средствам пожаротушения;</w:t>
      </w:r>
    </w:p>
    <w:p w14:paraId="2CD3126A" w14:textId="77777777" w:rsidR="00EB1342" w:rsidRPr="00C875AE" w:rsidRDefault="00000000">
      <w:pPr>
        <w:spacing w:after="40"/>
        <w:ind w:left="280"/>
        <w:rPr>
          <w:lang w:val="ru-RU"/>
        </w:rPr>
      </w:pPr>
      <w:r w:rsidRPr="00C875AE">
        <w:rPr>
          <w:sz w:val="20"/>
          <w:lang w:val="ru-RU"/>
        </w:rPr>
        <w:lastRenderedPageBreak/>
        <w:t>• информировать руководителя организации о выявленных несоответствиях и предлагать меры по их устранению;</w:t>
      </w:r>
    </w:p>
    <w:p w14:paraId="38764500" w14:textId="77777777" w:rsidR="00EB1342" w:rsidRPr="00C875AE" w:rsidRDefault="00000000">
      <w:pPr>
        <w:spacing w:after="40"/>
        <w:ind w:left="280"/>
        <w:rPr>
          <w:lang w:val="ru-RU"/>
        </w:rPr>
      </w:pPr>
      <w:r w:rsidRPr="00C875AE">
        <w:rPr>
          <w:sz w:val="20"/>
          <w:lang w:val="ru-RU"/>
        </w:rPr>
        <w:t>• выполнять иные задачи в области пожарной безопасности, установленные руководителем организации, в пределах применимого законодательства.</w:t>
      </w:r>
    </w:p>
    <w:p w14:paraId="2C41D855" w14:textId="77777777" w:rsidR="00EB1342" w:rsidRPr="00C875AE" w:rsidRDefault="00000000">
      <w:pPr>
        <w:spacing w:after="80"/>
        <w:rPr>
          <w:lang w:val="ru-RU"/>
        </w:rPr>
      </w:pPr>
      <w:r w:rsidRPr="00C875AE">
        <w:rPr>
          <w:sz w:val="21"/>
          <w:lang w:val="ru-RU"/>
        </w:rPr>
        <w:t>4. Назначенное ответственное лицо обязано иметь сертификат об окончании курса обучения в области пожарной безопасности в соответствии с требованиями действующего законодательства.</w:t>
      </w:r>
    </w:p>
    <w:p w14:paraId="75150BB8" w14:textId="77777777" w:rsidR="00EB1342" w:rsidRPr="00C875AE" w:rsidRDefault="00000000">
      <w:pPr>
        <w:spacing w:after="80"/>
        <w:rPr>
          <w:lang w:val="ru-RU"/>
        </w:rPr>
      </w:pPr>
      <w:r w:rsidRPr="00C875AE">
        <w:rPr>
          <w:sz w:val="21"/>
          <w:lang w:val="ru-RU"/>
        </w:rPr>
        <w:t>5. При изменении специфики деятельности обеспечить дополнительное обучение работников в области предупреждения и тушения пожаров в соответствии с применимыми требованиями.</w:t>
      </w:r>
    </w:p>
    <w:p w14:paraId="436F7FB0" w14:textId="77777777" w:rsidR="00EB1342" w:rsidRPr="00C875AE" w:rsidRDefault="00000000">
      <w:pPr>
        <w:spacing w:after="80"/>
        <w:rPr>
          <w:lang w:val="ru-RU"/>
        </w:rPr>
      </w:pPr>
      <w:r w:rsidRPr="00C875AE">
        <w:rPr>
          <w:sz w:val="21"/>
          <w:lang w:val="ru-RU"/>
        </w:rPr>
        <w:t>6. Назначенное ответственное лицо обязано информировать руководителя организации о необходимости принятия организационных, технических и инженерных мер по обеспечению пожарной безопасности.</w:t>
      </w:r>
    </w:p>
    <w:p w14:paraId="278267DE" w14:textId="77777777" w:rsidR="00EB1342" w:rsidRPr="00C875AE" w:rsidRDefault="00000000">
      <w:pPr>
        <w:spacing w:after="80"/>
        <w:rPr>
          <w:lang w:val="ru-RU"/>
        </w:rPr>
      </w:pPr>
      <w:r w:rsidRPr="00C875AE">
        <w:rPr>
          <w:sz w:val="21"/>
          <w:lang w:val="ru-RU"/>
        </w:rPr>
        <w:t>7. Ознакомить назначенное ответственное лицо с настоящим приказом под подпись.</w:t>
      </w:r>
    </w:p>
    <w:p w14:paraId="50D77CD3" w14:textId="77777777" w:rsidR="00EB1342" w:rsidRPr="00C875AE" w:rsidRDefault="00000000">
      <w:pPr>
        <w:spacing w:after="80"/>
        <w:rPr>
          <w:lang w:val="ru-RU"/>
        </w:rPr>
      </w:pPr>
      <w:r w:rsidRPr="00C875AE">
        <w:rPr>
          <w:sz w:val="21"/>
          <w:lang w:val="ru-RU"/>
        </w:rPr>
        <w:t>8. Контроль за исполнением настоящего приказа оставляю за собой.</w:t>
      </w:r>
    </w:p>
    <w:p w14:paraId="75DC87EF" w14:textId="77777777" w:rsidR="00EB1342" w:rsidRPr="00C875AE" w:rsidRDefault="00EB1342">
      <w:pPr>
        <w:spacing w:after="60"/>
        <w:rPr>
          <w:lang w:val="ru-RU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936"/>
      </w:tblGrid>
      <w:tr w:rsidR="00EB1342" w:rsidRPr="00C875AE" w14:paraId="1E8EAB64" w14:textId="77777777">
        <w:tc>
          <w:tcPr>
            <w:tcW w:w="9936" w:type="dxa"/>
          </w:tcPr>
          <w:p w14:paraId="2857E180" w14:textId="77777777" w:rsidR="00EB1342" w:rsidRPr="00C875AE" w:rsidRDefault="00000000">
            <w:pPr>
              <w:jc w:val="center"/>
              <w:rPr>
                <w:lang w:val="ru-RU"/>
              </w:rPr>
            </w:pPr>
            <w:r w:rsidRPr="00C875AE">
              <w:rPr>
                <w:sz w:val="20"/>
                <w:lang w:val="ru-RU"/>
              </w:rPr>
              <w:t xml:space="preserve">ИНФОРМАЦИЯ </w:t>
            </w:r>
            <w:r>
              <w:rPr>
                <w:sz w:val="20"/>
              </w:rPr>
              <w:t>SSM</w:t>
            </w:r>
            <w:r w:rsidRPr="00C875AE">
              <w:rPr>
                <w:sz w:val="20"/>
                <w:lang w:val="ru-RU"/>
              </w:rPr>
              <w:t xml:space="preserve"> </w:t>
            </w:r>
            <w:r>
              <w:rPr>
                <w:sz w:val="20"/>
              </w:rPr>
              <w:t>EXPERT</w:t>
            </w:r>
          </w:p>
          <w:p w14:paraId="4E72A0C6" w14:textId="77777777" w:rsidR="00EB1342" w:rsidRPr="00C875AE" w:rsidRDefault="00000000">
            <w:pPr>
              <w:jc w:val="center"/>
              <w:rPr>
                <w:lang w:val="ru-RU"/>
              </w:rPr>
            </w:pPr>
            <w:r w:rsidRPr="00C875AE">
              <w:rPr>
                <w:sz w:val="20"/>
                <w:lang w:val="ru-RU"/>
              </w:rPr>
              <w:t xml:space="preserve">Для получения услуг и прохождения обучения в области пожарной безопасности звоните по телефону 068 11 84 55 или посетите </w:t>
            </w:r>
            <w:r>
              <w:rPr>
                <w:sz w:val="20"/>
              </w:rPr>
              <w:t>ssmexpert</w:t>
            </w:r>
            <w:r w:rsidRPr="00C875AE">
              <w:rPr>
                <w:sz w:val="20"/>
                <w:lang w:val="ru-RU"/>
              </w:rPr>
              <w:t>.</w:t>
            </w:r>
            <w:r>
              <w:rPr>
                <w:sz w:val="20"/>
              </w:rPr>
              <w:t>md</w:t>
            </w:r>
          </w:p>
        </w:tc>
      </w:tr>
    </w:tbl>
    <w:p w14:paraId="6251DE89" w14:textId="77777777" w:rsidR="00EB1342" w:rsidRPr="00C875AE" w:rsidRDefault="00EB1342">
      <w:pPr>
        <w:spacing w:after="80"/>
        <w:rPr>
          <w:lang w:val="ru-RU"/>
        </w:rPr>
      </w:pPr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EB1342" w:rsidRPr="00C875AE" w14:paraId="7BBB0047" w14:textId="77777777">
        <w:trPr>
          <w:jc w:val="center"/>
        </w:trPr>
        <w:tc>
          <w:tcPr>
            <w:tcW w:w="4968" w:type="dxa"/>
          </w:tcPr>
          <w:p w14:paraId="79D32B59" w14:textId="77777777" w:rsidR="00EB1342" w:rsidRPr="00C875AE" w:rsidRDefault="00000000">
            <w:pPr>
              <w:rPr>
                <w:lang w:val="ru-RU"/>
              </w:rPr>
            </w:pPr>
            <w:r w:rsidRPr="00C875AE">
              <w:rPr>
                <w:b/>
                <w:sz w:val="20"/>
                <w:lang w:val="ru-RU"/>
              </w:rPr>
              <w:t>РУКОВОДИТЕЛЬ ОРГАНИЗАЦИИ:</w:t>
            </w:r>
            <w:r w:rsidRPr="00C875AE">
              <w:rPr>
                <w:b/>
                <w:sz w:val="20"/>
                <w:lang w:val="ru-RU"/>
              </w:rPr>
              <w:br/>
              <w:t>Фамилия, имя: ____________________</w:t>
            </w:r>
            <w:r w:rsidRPr="00C875AE">
              <w:rPr>
                <w:b/>
                <w:sz w:val="20"/>
                <w:lang w:val="ru-RU"/>
              </w:rPr>
              <w:br/>
              <w:t>Должность: __________________________</w:t>
            </w:r>
            <w:r w:rsidRPr="00C875AE">
              <w:rPr>
                <w:b/>
                <w:sz w:val="20"/>
                <w:lang w:val="ru-RU"/>
              </w:rPr>
              <w:br/>
              <w:t>Подпись: _____________</w:t>
            </w:r>
          </w:p>
        </w:tc>
        <w:tc>
          <w:tcPr>
            <w:tcW w:w="4968" w:type="dxa"/>
          </w:tcPr>
          <w:p w14:paraId="3532DFA8" w14:textId="77777777" w:rsidR="00EB1342" w:rsidRPr="00C875AE" w:rsidRDefault="00000000">
            <w:pPr>
              <w:rPr>
                <w:lang w:val="ru-RU"/>
              </w:rPr>
            </w:pPr>
            <w:r w:rsidRPr="00C875AE">
              <w:rPr>
                <w:b/>
                <w:sz w:val="20"/>
                <w:lang w:val="ru-RU"/>
              </w:rPr>
              <w:t>С ПРИКАЗОМ ОЗНАКОМЛЕН(А):</w:t>
            </w:r>
            <w:r w:rsidRPr="00C875AE">
              <w:rPr>
                <w:b/>
                <w:sz w:val="20"/>
                <w:lang w:val="ru-RU"/>
              </w:rPr>
              <w:br/>
              <w:t>Ответственное лицо: __________________</w:t>
            </w:r>
            <w:r w:rsidRPr="00C875AE">
              <w:rPr>
                <w:b/>
                <w:sz w:val="20"/>
                <w:lang w:val="ru-RU"/>
              </w:rPr>
              <w:br/>
              <w:t>Подпись: _____________</w:t>
            </w:r>
            <w:r w:rsidRPr="00C875AE">
              <w:rPr>
                <w:b/>
                <w:sz w:val="20"/>
                <w:lang w:val="ru-RU"/>
              </w:rPr>
              <w:br/>
              <w:t>Дата: «___» __________ 20__ г.</w:t>
            </w:r>
          </w:p>
        </w:tc>
      </w:tr>
    </w:tbl>
    <w:p w14:paraId="5006923D" w14:textId="77777777" w:rsidR="00EB1342" w:rsidRPr="00C875AE" w:rsidRDefault="00EB1342">
      <w:pPr>
        <w:spacing w:after="60"/>
        <w:rPr>
          <w:lang w:val="ru-RU"/>
        </w:rPr>
      </w:pPr>
    </w:p>
    <w:p w14:paraId="2724FE1C" w14:textId="77777777" w:rsidR="00EB1342" w:rsidRPr="00C875AE" w:rsidRDefault="00000000">
      <w:pPr>
        <w:spacing w:after="40"/>
        <w:jc w:val="center"/>
        <w:rPr>
          <w:lang w:val="ru-RU"/>
        </w:rPr>
      </w:pPr>
      <w:r w:rsidRPr="00C875AE">
        <w:rPr>
          <w:b/>
          <w:sz w:val="17"/>
          <w:lang w:val="ru-RU"/>
        </w:rPr>
        <w:t xml:space="preserve">ОБРАЗЕЦ РАЗРАБОТАН </w:t>
      </w:r>
      <w:r>
        <w:rPr>
          <w:b/>
          <w:sz w:val="17"/>
        </w:rPr>
        <w:t>SSM</w:t>
      </w:r>
      <w:r w:rsidRPr="00C875AE">
        <w:rPr>
          <w:b/>
          <w:sz w:val="17"/>
          <w:lang w:val="ru-RU"/>
        </w:rPr>
        <w:t xml:space="preserve"> </w:t>
      </w:r>
      <w:r>
        <w:rPr>
          <w:b/>
          <w:sz w:val="17"/>
        </w:rPr>
        <w:t>EXPERT</w:t>
      </w:r>
      <w:r w:rsidRPr="00C875AE">
        <w:rPr>
          <w:b/>
          <w:sz w:val="17"/>
          <w:lang w:val="ru-RU"/>
        </w:rPr>
        <w:t xml:space="preserve"> | Документ может использоваться в качестве образца и подлежит адаптации с учетом специфики, структуры и рисков возникновения пожара в каждой организации.</w:t>
      </w:r>
    </w:p>
    <w:p w14:paraId="51354ABE" w14:textId="77777777" w:rsidR="00EB1342" w:rsidRPr="00C875AE" w:rsidRDefault="00000000">
      <w:pPr>
        <w:spacing w:after="0"/>
        <w:jc w:val="center"/>
        <w:rPr>
          <w:sz w:val="17"/>
          <w:lang w:val="ru-RU"/>
        </w:rPr>
      </w:pPr>
      <w:r>
        <w:rPr>
          <w:sz w:val="17"/>
        </w:rPr>
        <w:t>SSM</w:t>
      </w:r>
      <w:r w:rsidRPr="00C875AE">
        <w:rPr>
          <w:sz w:val="17"/>
          <w:lang w:val="ru-RU"/>
        </w:rPr>
        <w:t xml:space="preserve"> </w:t>
      </w:r>
      <w:r>
        <w:rPr>
          <w:sz w:val="17"/>
        </w:rPr>
        <w:t>EXPERT</w:t>
      </w:r>
      <w:r w:rsidRPr="00C875AE">
        <w:rPr>
          <w:sz w:val="17"/>
          <w:lang w:val="ru-RU"/>
        </w:rPr>
        <w:t xml:space="preserve"> | Образцы документов | </w:t>
      </w:r>
      <w:r>
        <w:rPr>
          <w:sz w:val="17"/>
        </w:rPr>
        <w:t>www</w:t>
      </w:r>
      <w:r w:rsidRPr="00C875AE">
        <w:rPr>
          <w:sz w:val="17"/>
          <w:lang w:val="ru-RU"/>
        </w:rPr>
        <w:t>.</w:t>
      </w:r>
      <w:r>
        <w:rPr>
          <w:sz w:val="17"/>
        </w:rPr>
        <w:t>ssmexpert</w:t>
      </w:r>
      <w:r w:rsidRPr="00C875AE">
        <w:rPr>
          <w:sz w:val="17"/>
          <w:lang w:val="ru-RU"/>
        </w:rPr>
        <w:t>.</w:t>
      </w:r>
      <w:r>
        <w:rPr>
          <w:sz w:val="17"/>
        </w:rPr>
        <w:t>md</w:t>
      </w:r>
    </w:p>
    <w:p w14:paraId="246E8A9D" w14:textId="77777777" w:rsidR="00C875AE" w:rsidRPr="00C875AE" w:rsidRDefault="00C875AE" w:rsidP="00C875AE">
      <w:pPr>
        <w:rPr>
          <w:lang w:val="ru-RU"/>
        </w:rPr>
      </w:pPr>
    </w:p>
    <w:p w14:paraId="06358C62" w14:textId="77777777" w:rsidR="00C875AE" w:rsidRPr="00C875AE" w:rsidRDefault="00C875AE" w:rsidP="00C875AE">
      <w:pPr>
        <w:rPr>
          <w:lang w:val="ru-RU"/>
        </w:rPr>
      </w:pPr>
    </w:p>
    <w:p w14:paraId="62DC1FC3" w14:textId="77777777" w:rsidR="00C875AE" w:rsidRPr="00C875AE" w:rsidRDefault="00C875AE" w:rsidP="00C875AE">
      <w:pPr>
        <w:rPr>
          <w:lang w:val="ru-RU"/>
        </w:rPr>
      </w:pPr>
    </w:p>
    <w:p w14:paraId="7C25F69E" w14:textId="77777777" w:rsidR="00C875AE" w:rsidRPr="00C875AE" w:rsidRDefault="00C875AE" w:rsidP="00C875AE">
      <w:pPr>
        <w:rPr>
          <w:lang w:val="ru-RU"/>
        </w:rPr>
      </w:pPr>
    </w:p>
    <w:p w14:paraId="755CCFFF" w14:textId="77777777" w:rsidR="00C875AE" w:rsidRPr="00C875AE" w:rsidRDefault="00C875AE" w:rsidP="00C875AE">
      <w:pPr>
        <w:rPr>
          <w:lang w:val="ru-RU"/>
        </w:rPr>
      </w:pPr>
    </w:p>
    <w:p w14:paraId="32635018" w14:textId="77777777" w:rsidR="00C875AE" w:rsidRPr="00C875AE" w:rsidRDefault="00C875AE" w:rsidP="00C875AE">
      <w:pPr>
        <w:rPr>
          <w:lang w:val="ru-RU"/>
        </w:rPr>
      </w:pPr>
    </w:p>
    <w:p w14:paraId="6F2646C1" w14:textId="77777777" w:rsidR="00C875AE" w:rsidRPr="00C875AE" w:rsidRDefault="00C875AE" w:rsidP="00C875AE">
      <w:pPr>
        <w:rPr>
          <w:lang w:val="ru-RU"/>
        </w:rPr>
      </w:pPr>
    </w:p>
    <w:p w14:paraId="701729A0" w14:textId="77777777" w:rsidR="00C875AE" w:rsidRPr="00C875AE" w:rsidRDefault="00C875AE" w:rsidP="00C875AE">
      <w:pPr>
        <w:rPr>
          <w:sz w:val="17"/>
          <w:lang w:val="ru-RU"/>
        </w:rPr>
      </w:pPr>
    </w:p>
    <w:p w14:paraId="284719C2" w14:textId="77777777" w:rsidR="00C875AE" w:rsidRPr="00C875AE" w:rsidRDefault="00C875AE" w:rsidP="00C875AE">
      <w:pPr>
        <w:jc w:val="center"/>
        <w:rPr>
          <w:sz w:val="17"/>
          <w:lang w:val="ru-RU"/>
        </w:rPr>
      </w:pPr>
    </w:p>
    <w:p w14:paraId="2532A132" w14:textId="77777777" w:rsidR="00C875AE" w:rsidRPr="00C875AE" w:rsidRDefault="00C875AE" w:rsidP="00C875AE">
      <w:pPr>
        <w:rPr>
          <w:lang w:val="ru-RU"/>
        </w:rPr>
      </w:pPr>
    </w:p>
    <w:sectPr w:rsidR="00C875AE" w:rsidRPr="00C875AE" w:rsidSect="00034616">
      <w:headerReference w:type="default" r:id="rId8"/>
      <w:footerReference w:type="default" r:id="rId9"/>
      <w:pgSz w:w="12240" w:h="15840"/>
      <w:pgMar w:top="893" w:right="1152" w:bottom="893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1E59E" w14:textId="77777777" w:rsidR="00C07FA4" w:rsidRDefault="00C07FA4">
      <w:pPr>
        <w:spacing w:after="0" w:line="240" w:lineRule="auto"/>
      </w:pPr>
      <w:r>
        <w:separator/>
      </w:r>
    </w:p>
  </w:endnote>
  <w:endnote w:type="continuationSeparator" w:id="0">
    <w:p w14:paraId="04DE06DA" w14:textId="77777777" w:rsidR="00C07FA4" w:rsidRDefault="00C07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4945" w14:textId="77777777" w:rsidR="00C875AE" w:rsidRPr="00C875AE" w:rsidRDefault="00C875AE" w:rsidP="00C875AE">
    <w:pPr>
      <w:pStyle w:val="Subsol"/>
      <w:jc w:val="center"/>
      <w:rPr>
        <w:rFonts w:ascii="Aptos" w:hAnsi="Aptos"/>
        <w:color w:val="666666"/>
        <w:sz w:val="15"/>
        <w:lang w:val="ru-RU"/>
      </w:rPr>
    </w:pPr>
    <w:r w:rsidRPr="00C875AE">
      <w:rPr>
        <w:rFonts w:ascii="Aptos" w:hAnsi="Aptos"/>
        <w:b/>
        <w:color w:val="666666"/>
        <w:sz w:val="15"/>
        <w:lang w:val="ru-RU"/>
      </w:rPr>
      <w:t xml:space="preserve">ОБРАЗЕЦ РАЗРАБОТАН </w:t>
    </w:r>
    <w:r w:rsidRPr="00C875AE">
      <w:rPr>
        <w:rFonts w:ascii="Aptos" w:hAnsi="Aptos"/>
        <w:b/>
        <w:color w:val="666666"/>
        <w:sz w:val="15"/>
      </w:rPr>
      <w:t>SSM</w:t>
    </w:r>
    <w:r w:rsidRPr="00C875AE">
      <w:rPr>
        <w:rFonts w:ascii="Aptos" w:hAnsi="Aptos"/>
        <w:b/>
        <w:color w:val="666666"/>
        <w:sz w:val="15"/>
        <w:lang w:val="ru-RU"/>
      </w:rPr>
      <w:t xml:space="preserve"> </w:t>
    </w:r>
    <w:r w:rsidRPr="00C875AE">
      <w:rPr>
        <w:rFonts w:ascii="Aptos" w:hAnsi="Aptos"/>
        <w:b/>
        <w:color w:val="666666"/>
        <w:sz w:val="15"/>
      </w:rPr>
      <w:t>EXPERT</w:t>
    </w:r>
    <w:r w:rsidRPr="00C875AE">
      <w:rPr>
        <w:rFonts w:ascii="Aptos" w:hAnsi="Aptos"/>
        <w:b/>
        <w:color w:val="666666"/>
        <w:sz w:val="15"/>
        <w:lang w:val="ru-RU"/>
      </w:rPr>
      <w:t xml:space="preserve"> | Документ может использоваться в качестве образца и подлежит адаптации с учетом специфики, структуры и рисков возникновения пожара в каждой организации.</w:t>
    </w:r>
  </w:p>
  <w:p w14:paraId="7C2799CE" w14:textId="77777777" w:rsidR="00C875AE" w:rsidRPr="00C875AE" w:rsidRDefault="00C875AE" w:rsidP="00C875AE">
    <w:pPr>
      <w:pStyle w:val="Subsol"/>
      <w:jc w:val="center"/>
      <w:rPr>
        <w:rFonts w:ascii="Aptos" w:hAnsi="Aptos"/>
        <w:color w:val="666666"/>
        <w:sz w:val="15"/>
        <w:lang w:val="ru-RU"/>
      </w:rPr>
    </w:pPr>
    <w:r w:rsidRPr="00C875AE">
      <w:rPr>
        <w:rFonts w:ascii="Aptos" w:hAnsi="Aptos"/>
        <w:color w:val="666666"/>
        <w:sz w:val="15"/>
      </w:rPr>
      <w:t>SSM</w:t>
    </w:r>
    <w:r w:rsidRPr="00C875AE">
      <w:rPr>
        <w:rFonts w:ascii="Aptos" w:hAnsi="Aptos"/>
        <w:color w:val="666666"/>
        <w:sz w:val="15"/>
        <w:lang w:val="ru-RU"/>
      </w:rPr>
      <w:t xml:space="preserve"> </w:t>
    </w:r>
    <w:r w:rsidRPr="00C875AE">
      <w:rPr>
        <w:rFonts w:ascii="Aptos" w:hAnsi="Aptos"/>
        <w:color w:val="666666"/>
        <w:sz w:val="15"/>
      </w:rPr>
      <w:t>EXPERT</w:t>
    </w:r>
    <w:r w:rsidRPr="00C875AE">
      <w:rPr>
        <w:rFonts w:ascii="Aptos" w:hAnsi="Aptos"/>
        <w:color w:val="666666"/>
        <w:sz w:val="15"/>
        <w:lang w:val="ru-RU"/>
      </w:rPr>
      <w:t xml:space="preserve"> | Образцы документов | </w:t>
    </w:r>
    <w:r w:rsidRPr="00C875AE">
      <w:rPr>
        <w:rFonts w:ascii="Aptos" w:hAnsi="Aptos"/>
        <w:color w:val="666666"/>
        <w:sz w:val="15"/>
      </w:rPr>
      <w:t>www</w:t>
    </w:r>
    <w:r w:rsidRPr="00C875AE">
      <w:rPr>
        <w:rFonts w:ascii="Aptos" w:hAnsi="Aptos"/>
        <w:color w:val="666666"/>
        <w:sz w:val="15"/>
        <w:lang w:val="ru-RU"/>
      </w:rPr>
      <w:t>.</w:t>
    </w:r>
    <w:proofErr w:type="spellStart"/>
    <w:r w:rsidRPr="00C875AE">
      <w:rPr>
        <w:rFonts w:ascii="Aptos" w:hAnsi="Aptos"/>
        <w:color w:val="666666"/>
        <w:sz w:val="15"/>
      </w:rPr>
      <w:t>ssmexpert</w:t>
    </w:r>
    <w:proofErr w:type="spellEnd"/>
    <w:r w:rsidRPr="00C875AE">
      <w:rPr>
        <w:rFonts w:ascii="Aptos" w:hAnsi="Aptos"/>
        <w:color w:val="666666"/>
        <w:sz w:val="15"/>
        <w:lang w:val="ru-RU"/>
      </w:rPr>
      <w:t>.</w:t>
    </w:r>
    <w:r w:rsidRPr="00C875AE">
      <w:rPr>
        <w:rFonts w:ascii="Aptos" w:hAnsi="Aptos"/>
        <w:color w:val="666666"/>
        <w:sz w:val="15"/>
      </w:rPr>
      <w:t>md</w:t>
    </w:r>
  </w:p>
  <w:p w14:paraId="115FC2AC" w14:textId="096541F7" w:rsidR="00EB1342" w:rsidRPr="00C875AE" w:rsidRDefault="00EB1342" w:rsidP="00C875AE">
    <w:pPr>
      <w:pStyle w:val="Subsol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44A62" w14:textId="77777777" w:rsidR="00C07FA4" w:rsidRDefault="00C07FA4">
      <w:pPr>
        <w:spacing w:after="0" w:line="240" w:lineRule="auto"/>
      </w:pPr>
      <w:r>
        <w:separator/>
      </w:r>
    </w:p>
  </w:footnote>
  <w:footnote w:type="continuationSeparator" w:id="0">
    <w:p w14:paraId="39209755" w14:textId="77777777" w:rsidR="00C07FA4" w:rsidRDefault="00C07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CDA0" w14:textId="77777777" w:rsidR="00EB1342" w:rsidRDefault="00EB1342">
    <w:pPr>
      <w:pStyle w:val="Antet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68"/>
      <w:gridCol w:w="4968"/>
    </w:tblGrid>
    <w:tr w:rsidR="00EB1342" w14:paraId="440FCDA4" w14:textId="77777777">
      <w:trPr>
        <w:jc w:val="center"/>
      </w:trPr>
      <w:tc>
        <w:tcPr>
          <w:tcW w:w="4968" w:type="dxa"/>
          <w:tcBorders>
            <w:bottom w:val="single" w:sz="18" w:space="0" w:color="F5B400"/>
          </w:tcBorders>
          <w:vAlign w:val="center"/>
        </w:tcPr>
        <w:p w14:paraId="2F5753EF" w14:textId="77777777" w:rsidR="00EB1342" w:rsidRDefault="00000000">
          <w:r>
            <w:rPr>
              <w:noProof/>
            </w:rPr>
            <w:drawing>
              <wp:inline distT="0" distB="0" distL="0" distR="0" wp14:anchorId="7C0B8883" wp14:editId="61810EF6">
                <wp:extent cx="1097280" cy="109728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sm logo watsap(2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7280" cy="1097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8" w:type="dxa"/>
          <w:tcBorders>
            <w:bottom w:val="single" w:sz="18" w:space="0" w:color="F5B400"/>
          </w:tcBorders>
        </w:tcPr>
        <w:p w14:paraId="443BC560" w14:textId="77777777" w:rsidR="00EB1342" w:rsidRDefault="00000000">
          <w:pPr>
            <w:jc w:val="right"/>
          </w:pPr>
          <w:r>
            <w:rPr>
              <w:rFonts w:ascii="Aptos Display" w:hAnsi="Aptos Display"/>
              <w:b/>
              <w:sz w:val="32"/>
            </w:rPr>
            <w:t>SSM EXPERT</w:t>
          </w:r>
          <w:r>
            <w:rPr>
              <w:sz w:val="16"/>
            </w:rPr>
            <w:br/>
          </w:r>
          <w:proofErr w:type="spellStart"/>
          <w:r>
            <w:rPr>
              <w:sz w:val="16"/>
            </w:rPr>
            <w:t>Serviciu</w:t>
          </w:r>
          <w:proofErr w:type="spellEnd"/>
          <w:r>
            <w:rPr>
              <w:sz w:val="16"/>
            </w:rPr>
            <w:t xml:space="preserve"> extern de </w:t>
          </w:r>
          <w:proofErr w:type="spellStart"/>
          <w:r>
            <w:rPr>
              <w:sz w:val="16"/>
            </w:rPr>
            <w:t>protecție</w:t>
          </w:r>
          <w:proofErr w:type="spellEnd"/>
          <w:r>
            <w:rPr>
              <w:sz w:val="16"/>
            </w:rPr>
            <w:t xml:space="preserve"> </w:t>
          </w:r>
          <w:proofErr w:type="spellStart"/>
          <w:r>
            <w:rPr>
              <w:sz w:val="16"/>
            </w:rPr>
            <w:t>și</w:t>
          </w:r>
          <w:proofErr w:type="spellEnd"/>
          <w:r>
            <w:rPr>
              <w:sz w:val="16"/>
            </w:rPr>
            <w:t xml:space="preserve"> </w:t>
          </w:r>
          <w:proofErr w:type="spellStart"/>
          <w:r>
            <w:rPr>
              <w:sz w:val="16"/>
            </w:rPr>
            <w:t>prevenire</w:t>
          </w:r>
          <w:proofErr w:type="spellEnd"/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8896479">
    <w:abstractNumId w:val="8"/>
  </w:num>
  <w:num w:numId="2" w16cid:durableId="546912870">
    <w:abstractNumId w:val="6"/>
  </w:num>
  <w:num w:numId="3" w16cid:durableId="886138090">
    <w:abstractNumId w:val="5"/>
  </w:num>
  <w:num w:numId="4" w16cid:durableId="1183588224">
    <w:abstractNumId w:val="4"/>
  </w:num>
  <w:num w:numId="5" w16cid:durableId="802045727">
    <w:abstractNumId w:val="7"/>
  </w:num>
  <w:num w:numId="6" w16cid:durableId="249855908">
    <w:abstractNumId w:val="3"/>
  </w:num>
  <w:num w:numId="7" w16cid:durableId="1575166516">
    <w:abstractNumId w:val="2"/>
  </w:num>
  <w:num w:numId="8" w16cid:durableId="822546787">
    <w:abstractNumId w:val="1"/>
  </w:num>
  <w:num w:numId="9" w16cid:durableId="799035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20A0"/>
    <w:rsid w:val="00AA1D8D"/>
    <w:rsid w:val="00B47730"/>
    <w:rsid w:val="00C07FA4"/>
    <w:rsid w:val="00C875AE"/>
    <w:rsid w:val="00CB0664"/>
    <w:rsid w:val="00EB134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D806E4"/>
  <w14:defaultImageDpi w14:val="300"/>
  <w15:docId w15:val="{8BB4DE69-A994-4D1E-B9E3-52A14CB6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17191C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B5E8C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5B400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 privind desemnarea lucrătorului desemnat în domeniul SSM</dc:title>
  <dc:subject/>
  <dc:creator>SSM Expert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2026-09-17T20:00:00Z</dcterms:modified>
  <cp:category/>
</cp:coreProperties>
</file>